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5CA9" w14:textId="77777777" w:rsidR="005378C5" w:rsidRDefault="004222D8">
      <w:pPr>
        <w:pStyle w:val="Title"/>
      </w:pPr>
      <w:r>
        <w:t>Safety Leadership: A Practical Self-Assessment for Managers</w:t>
      </w:r>
    </w:p>
    <w:p w14:paraId="23A39A82" w14:textId="77777777" w:rsidR="005378C5" w:rsidRDefault="004222D8">
      <w:r>
        <w:rPr>
          <w:b/>
          <w:sz w:val="26"/>
        </w:rPr>
        <w:t>How well do your everyday leadership behaviours support a positive safety culture?</w:t>
      </w:r>
    </w:p>
    <w:p w14:paraId="566B4245" w14:textId="77777777" w:rsidR="005378C5" w:rsidRDefault="004222D8">
      <w:pPr>
        <w:spacing w:after="120"/>
      </w:pPr>
      <w:r>
        <w:t>Your organisation's safety culture isn't only shaped by policies, procedures and formal safety systems. It is also shaped every day by what leaders pay attention to, what they ask about, how they respond to concerns, what they tolerate and what they do when things go wrong.</w:t>
      </w:r>
    </w:p>
    <w:p w14:paraId="6BDA311F" w14:textId="77777777" w:rsidR="005378C5" w:rsidRDefault="004222D8">
      <w:pPr>
        <w:spacing w:after="120"/>
      </w:pPr>
      <w:r>
        <w:t>This self-assessment gives you an opportunity to reflect on your own everyday leadership behaviours across six areas: Vision, Drive &amp; Learning; Communication; Responsiveness; Fairness; Involvement; and Support &amp; Recognition.</w:t>
      </w:r>
    </w:p>
    <w:p w14:paraId="2C9B6D38" w14:textId="77777777" w:rsidR="005378C5" w:rsidRDefault="004222D8">
      <w:pPr>
        <w:spacing w:after="120"/>
      </w:pPr>
      <w:r>
        <w:t>There are no scores and no right or wrong answers. The purpose is simply to identify the things you already do well and one or two behaviours that could make a difference.</w:t>
      </w:r>
    </w:p>
    <w:p w14:paraId="61B9DA07" w14:textId="77777777" w:rsidR="005378C5" w:rsidRDefault="004222D8">
      <w:pPr>
        <w:spacing w:after="120"/>
      </w:pPr>
      <w:r>
        <w:rPr>
          <w:b/>
        </w:rPr>
        <w:t>As you work through it, think about what you actually do - not what you intend to do.</w:t>
      </w:r>
    </w:p>
    <w:p w14:paraId="31EE32D5" w14:textId="77777777" w:rsidR="005378C5" w:rsidRDefault="004222D8">
      <w:pPr>
        <w:pStyle w:val="Heading1"/>
      </w:pPr>
      <w:r>
        <w:t>1. Vision, Drive &amp; Learning</w:t>
      </w:r>
    </w:p>
    <w:p w14:paraId="1A20EBA0" w14:textId="77777777" w:rsidR="005378C5" w:rsidRDefault="004222D8">
      <w:pPr>
        <w:spacing w:after="140"/>
      </w:pPr>
      <w:r>
        <w:rPr>
          <w:b/>
        </w:rPr>
        <w:t>Do your actions show people that health and safety genuinely matters?</w:t>
      </w:r>
    </w:p>
    <w:p w14:paraId="7BFC0F38" w14:textId="77777777" w:rsidR="005378C5" w:rsidRDefault="004222D8">
      <w:pPr>
        <w:spacing w:after="80"/>
        <w:ind w:left="173" w:hanging="173"/>
      </w:pPr>
      <w:r>
        <w:t>☐</w:t>
      </w:r>
      <w:r>
        <w:t xml:space="preserve"> I make sure people understand our health and safety priorities and what they can personally do to contribute.</w:t>
      </w:r>
    </w:p>
    <w:p w14:paraId="0FE0DD18" w14:textId="77777777" w:rsidR="005378C5" w:rsidRDefault="004222D8">
      <w:pPr>
        <w:spacing w:after="80"/>
        <w:ind w:left="173" w:hanging="173"/>
      </w:pPr>
      <w:r>
        <w:t>☐</w:t>
      </w:r>
      <w:r>
        <w:t xml:space="preserve"> I demonstrate through my own decisions and behaviour that health and safety matters alongside other business priorities.</w:t>
      </w:r>
    </w:p>
    <w:p w14:paraId="408E9E09" w14:textId="77777777" w:rsidR="005378C5" w:rsidRDefault="004222D8">
      <w:pPr>
        <w:spacing w:after="80"/>
        <w:ind w:left="173" w:hanging="173"/>
      </w:pPr>
      <w:r>
        <w:t>☐</w:t>
      </w:r>
      <w:r>
        <w:t xml:space="preserve"> I make sure people have the time, resources, equipment and competence they need to carry out their work safely.</w:t>
      </w:r>
    </w:p>
    <w:p w14:paraId="3A51A193" w14:textId="77777777" w:rsidR="005378C5" w:rsidRDefault="004222D8">
      <w:pPr>
        <w:spacing w:after="80"/>
        <w:ind w:left="173" w:hanging="173"/>
      </w:pPr>
      <w:r>
        <w:t>☐</w:t>
      </w:r>
      <w:r>
        <w:t xml:space="preserve"> I remain alert to changing risks and regularly ask what could be done differently or better.</w:t>
      </w:r>
    </w:p>
    <w:p w14:paraId="68B06A3A" w14:textId="77777777" w:rsidR="005378C5" w:rsidRDefault="004222D8">
      <w:pPr>
        <w:spacing w:after="80"/>
        <w:ind w:left="173" w:hanging="173"/>
      </w:pPr>
      <w:r>
        <w:t>☐</w:t>
      </w:r>
      <w:r>
        <w:t xml:space="preserve"> I look for opportunities to learn from incidents, problems, good practice and the experience of others.</w:t>
      </w:r>
    </w:p>
    <w:p w14:paraId="52E82D81" w14:textId="77777777" w:rsidR="005378C5" w:rsidRDefault="004222D8">
      <w:pPr>
        <w:spacing w:after="20"/>
      </w:pPr>
      <w:r>
        <w:rPr>
          <w:b/>
        </w:rPr>
        <w:t>Something I already do well:</w:t>
      </w:r>
    </w:p>
    <w:p w14:paraId="30268010" w14:textId="77777777" w:rsidR="005378C5" w:rsidRDefault="004222D8">
      <w:pPr>
        <w:spacing w:after="20"/>
      </w:pPr>
      <w:r>
        <w:t>............................................................................................................................</w:t>
      </w:r>
    </w:p>
    <w:p w14:paraId="500BA341" w14:textId="77777777" w:rsidR="005378C5" w:rsidRDefault="004222D8">
      <w:pPr>
        <w:spacing w:after="100"/>
      </w:pPr>
      <w:r>
        <w:t>............................................................................................................................</w:t>
      </w:r>
    </w:p>
    <w:p w14:paraId="6982CC5A" w14:textId="77777777" w:rsidR="005378C5" w:rsidRDefault="004222D8">
      <w:pPr>
        <w:spacing w:after="20"/>
      </w:pPr>
      <w:r>
        <w:rPr>
          <w:b/>
        </w:rPr>
        <w:t>One behaviour I could strengthen:</w:t>
      </w:r>
    </w:p>
    <w:p w14:paraId="59E68D6F" w14:textId="77777777" w:rsidR="005378C5" w:rsidRDefault="004222D8">
      <w:pPr>
        <w:spacing w:after="20"/>
      </w:pPr>
      <w:r>
        <w:t>............................................................................................................................</w:t>
      </w:r>
    </w:p>
    <w:p w14:paraId="7CCCB503" w14:textId="77777777" w:rsidR="005378C5" w:rsidRDefault="004222D8">
      <w:pPr>
        <w:spacing w:after="100"/>
      </w:pPr>
      <w:r>
        <w:t>............................................................................................................................</w:t>
      </w:r>
    </w:p>
    <w:p w14:paraId="54491E30" w14:textId="77777777" w:rsidR="005378C5" w:rsidRDefault="004222D8">
      <w:pPr>
        <w:spacing w:after="20"/>
      </w:pPr>
      <w:r>
        <w:rPr>
          <w:b/>
        </w:rPr>
        <w:t>What will I do differently?</w:t>
      </w:r>
    </w:p>
    <w:p w14:paraId="1417F912" w14:textId="77777777" w:rsidR="005378C5" w:rsidRDefault="004222D8">
      <w:pPr>
        <w:spacing w:after="20"/>
      </w:pPr>
      <w:r>
        <w:t>............................................................................................................................</w:t>
      </w:r>
    </w:p>
    <w:p w14:paraId="76BAF503" w14:textId="77777777" w:rsidR="005378C5" w:rsidRDefault="004222D8">
      <w:pPr>
        <w:spacing w:after="100"/>
      </w:pPr>
      <w:r>
        <w:t>............................................................................................................................</w:t>
      </w:r>
    </w:p>
    <w:p w14:paraId="7D566D3F" w14:textId="77777777" w:rsidR="005378C5" w:rsidRDefault="004222D8">
      <w:pPr>
        <w:pStyle w:val="Heading1"/>
      </w:pPr>
      <w:r>
        <w:t>2. Communication</w:t>
      </w:r>
    </w:p>
    <w:p w14:paraId="77A9FF25" w14:textId="77777777" w:rsidR="005378C5" w:rsidRDefault="004222D8">
      <w:pPr>
        <w:spacing w:after="140"/>
      </w:pPr>
      <w:r>
        <w:rPr>
          <w:b/>
        </w:rPr>
        <w:t>Do you create genuine two-way conversations about health and safety?</w:t>
      </w:r>
    </w:p>
    <w:p w14:paraId="4FAE38FC" w14:textId="77777777" w:rsidR="005378C5" w:rsidRDefault="004222D8">
      <w:pPr>
        <w:spacing w:after="80"/>
        <w:ind w:left="173" w:hanging="173"/>
      </w:pPr>
      <w:r>
        <w:lastRenderedPageBreak/>
        <w:t>☐</w:t>
      </w:r>
      <w:r>
        <w:t xml:space="preserve"> I regularly talk to people about health and safety as part of normal work, rather than only during formal safety activities.</w:t>
      </w:r>
    </w:p>
    <w:p w14:paraId="69CCEFD7" w14:textId="77777777" w:rsidR="005378C5" w:rsidRDefault="004222D8">
      <w:pPr>
        <w:spacing w:after="80"/>
        <w:ind w:left="173" w:hanging="173"/>
      </w:pPr>
      <w:r>
        <w:t>☐</w:t>
      </w:r>
      <w:r>
        <w:t xml:space="preserve"> I actively seek people's views and listen to what they tell me.</w:t>
      </w:r>
    </w:p>
    <w:p w14:paraId="7619F234" w14:textId="77777777" w:rsidR="005378C5" w:rsidRDefault="004222D8">
      <w:pPr>
        <w:spacing w:after="80"/>
        <w:ind w:left="173" w:hanging="173"/>
      </w:pPr>
      <w:r>
        <w:t>☐</w:t>
      </w:r>
      <w:r>
        <w:t xml:space="preserve"> When someone raises an issue, I tell them what will happen next and follow up afterwards.</w:t>
      </w:r>
    </w:p>
    <w:p w14:paraId="5C6DB2B2" w14:textId="77777777" w:rsidR="005378C5" w:rsidRDefault="004222D8">
      <w:pPr>
        <w:spacing w:after="80"/>
        <w:ind w:left="173" w:hanging="173"/>
      </w:pPr>
      <w:r>
        <w:t>☐</w:t>
      </w:r>
      <w:r>
        <w:t xml:space="preserve"> I explain the reasons behind decisions, particularly where they affect people's health, safety or the way they work.</w:t>
      </w:r>
    </w:p>
    <w:p w14:paraId="776D2F9A" w14:textId="77777777" w:rsidR="005378C5" w:rsidRDefault="004222D8">
      <w:pPr>
        <w:spacing w:after="80"/>
        <w:ind w:left="173" w:hanging="173"/>
      </w:pPr>
      <w:r>
        <w:t>☐</w:t>
      </w:r>
      <w:r>
        <w:t xml:space="preserve"> I check that important messages have been understood rather than assuming that providing the information is enough.</w:t>
      </w:r>
    </w:p>
    <w:p w14:paraId="32C81817" w14:textId="77777777" w:rsidR="005378C5" w:rsidRDefault="004222D8">
      <w:pPr>
        <w:spacing w:after="20"/>
      </w:pPr>
      <w:r>
        <w:rPr>
          <w:b/>
        </w:rPr>
        <w:t>Something I already do well:</w:t>
      </w:r>
    </w:p>
    <w:p w14:paraId="4150E89F" w14:textId="77777777" w:rsidR="005378C5" w:rsidRDefault="004222D8">
      <w:pPr>
        <w:spacing w:after="20"/>
      </w:pPr>
      <w:r>
        <w:t>............................................................................................................................</w:t>
      </w:r>
    </w:p>
    <w:p w14:paraId="57F8F36D" w14:textId="77777777" w:rsidR="005378C5" w:rsidRDefault="004222D8">
      <w:pPr>
        <w:spacing w:after="100"/>
      </w:pPr>
      <w:r>
        <w:t>............................................................................................................................</w:t>
      </w:r>
    </w:p>
    <w:p w14:paraId="049F8A5F" w14:textId="77777777" w:rsidR="005378C5" w:rsidRDefault="004222D8">
      <w:pPr>
        <w:spacing w:after="20"/>
      </w:pPr>
      <w:r>
        <w:rPr>
          <w:b/>
        </w:rPr>
        <w:t>One behaviour I could strengthen:</w:t>
      </w:r>
    </w:p>
    <w:p w14:paraId="778C15F5" w14:textId="77777777" w:rsidR="005378C5" w:rsidRDefault="004222D8">
      <w:pPr>
        <w:spacing w:after="20"/>
      </w:pPr>
      <w:r>
        <w:t>............................................................................................................................</w:t>
      </w:r>
    </w:p>
    <w:p w14:paraId="543341BA" w14:textId="77777777" w:rsidR="005378C5" w:rsidRDefault="004222D8">
      <w:pPr>
        <w:spacing w:after="100"/>
      </w:pPr>
      <w:r>
        <w:t>............................................................................................................................</w:t>
      </w:r>
    </w:p>
    <w:p w14:paraId="4D6D61CC" w14:textId="77777777" w:rsidR="005378C5" w:rsidRDefault="004222D8">
      <w:pPr>
        <w:spacing w:after="20"/>
      </w:pPr>
      <w:r>
        <w:rPr>
          <w:b/>
        </w:rPr>
        <w:t>What will I do differently?</w:t>
      </w:r>
    </w:p>
    <w:p w14:paraId="784DB828" w14:textId="77777777" w:rsidR="005378C5" w:rsidRDefault="004222D8">
      <w:pPr>
        <w:spacing w:after="20"/>
      </w:pPr>
      <w:r>
        <w:t>............................................................................................................................</w:t>
      </w:r>
    </w:p>
    <w:p w14:paraId="589EC9B2" w14:textId="77777777" w:rsidR="005378C5" w:rsidRDefault="004222D8">
      <w:pPr>
        <w:spacing w:after="100"/>
      </w:pPr>
      <w:r>
        <w:t>............................................................................................................................</w:t>
      </w:r>
    </w:p>
    <w:p w14:paraId="5EAC928B" w14:textId="77777777" w:rsidR="005378C5" w:rsidRDefault="004222D8">
      <w:pPr>
        <w:pStyle w:val="Heading1"/>
      </w:pPr>
      <w:r>
        <w:t>3. Responsiveness</w:t>
      </w:r>
    </w:p>
    <w:p w14:paraId="1D7ED962" w14:textId="77777777" w:rsidR="005378C5" w:rsidRDefault="004222D8">
      <w:pPr>
        <w:spacing w:after="140"/>
      </w:pPr>
      <w:r>
        <w:rPr>
          <w:b/>
        </w:rPr>
        <w:t>What do your people experience when they need your support?</w:t>
      </w:r>
    </w:p>
    <w:p w14:paraId="266633E2" w14:textId="77777777" w:rsidR="005378C5" w:rsidRDefault="004222D8">
      <w:pPr>
        <w:spacing w:after="80"/>
        <w:ind w:left="173" w:hanging="173"/>
      </w:pPr>
      <w:r>
        <w:t>☐</w:t>
      </w:r>
      <w:r>
        <w:t xml:space="preserve"> I respond promptly when someone raises a health and safety concern.</w:t>
      </w:r>
    </w:p>
    <w:p w14:paraId="39E1302E" w14:textId="77777777" w:rsidR="005378C5" w:rsidRDefault="004222D8">
      <w:pPr>
        <w:spacing w:after="80"/>
        <w:ind w:left="173" w:hanging="173"/>
      </w:pPr>
      <w:r>
        <w:t>☐</w:t>
      </w:r>
      <w:r>
        <w:t xml:space="preserve"> When an incident occurs, my first priority is the wellbeing of the people involved before moving on to investigation and process.</w:t>
      </w:r>
    </w:p>
    <w:p w14:paraId="0F022EB4" w14:textId="77777777" w:rsidR="005378C5" w:rsidRDefault="004222D8">
      <w:pPr>
        <w:spacing w:after="80"/>
        <w:ind w:left="173" w:hanging="173"/>
      </w:pPr>
      <w:r>
        <w:t>☐</w:t>
      </w:r>
      <w:r>
        <w:t xml:space="preserve"> I follow safety problems through rather than assuming someone else will deal with them.</w:t>
      </w:r>
    </w:p>
    <w:p w14:paraId="61C668A2" w14:textId="77777777" w:rsidR="005378C5" w:rsidRDefault="004222D8">
      <w:pPr>
        <w:spacing w:after="80"/>
        <w:ind w:left="173" w:hanging="173"/>
      </w:pPr>
      <w:r>
        <w:t>☐</w:t>
      </w:r>
      <w:r>
        <w:t xml:space="preserve"> I consider how my decisions could affect people's health, safety and ability to carry out their work.</w:t>
      </w:r>
    </w:p>
    <w:p w14:paraId="13A9065D" w14:textId="77777777" w:rsidR="005378C5" w:rsidRDefault="004222D8">
      <w:pPr>
        <w:spacing w:after="80"/>
        <w:ind w:left="173" w:hanging="173"/>
      </w:pPr>
      <w:r>
        <w:t>☐</w:t>
      </w:r>
      <w:r>
        <w:t xml:space="preserve"> I show genuine interest in people's health and safety and make time to ask how they are.</w:t>
      </w:r>
    </w:p>
    <w:p w14:paraId="5665ECC2" w14:textId="77777777" w:rsidR="005378C5" w:rsidRDefault="004222D8">
      <w:pPr>
        <w:spacing w:after="20"/>
      </w:pPr>
      <w:r>
        <w:rPr>
          <w:b/>
        </w:rPr>
        <w:t>Something I already do well:</w:t>
      </w:r>
    </w:p>
    <w:p w14:paraId="1F38B98D" w14:textId="77777777" w:rsidR="005378C5" w:rsidRDefault="004222D8">
      <w:pPr>
        <w:spacing w:after="20"/>
      </w:pPr>
      <w:r>
        <w:t>............................................................................................................................</w:t>
      </w:r>
    </w:p>
    <w:p w14:paraId="5E331F5A" w14:textId="77777777" w:rsidR="005378C5" w:rsidRDefault="004222D8">
      <w:pPr>
        <w:spacing w:after="100"/>
      </w:pPr>
      <w:r>
        <w:t>............................................................................................................................</w:t>
      </w:r>
    </w:p>
    <w:p w14:paraId="6A46A452" w14:textId="77777777" w:rsidR="005378C5" w:rsidRDefault="004222D8">
      <w:pPr>
        <w:spacing w:after="20"/>
      </w:pPr>
      <w:r>
        <w:rPr>
          <w:b/>
        </w:rPr>
        <w:t>One behaviour I could strengthen:</w:t>
      </w:r>
    </w:p>
    <w:p w14:paraId="331ADBD2" w14:textId="77777777" w:rsidR="005378C5" w:rsidRDefault="004222D8">
      <w:pPr>
        <w:spacing w:after="20"/>
      </w:pPr>
      <w:r>
        <w:t>............................................................................................................................</w:t>
      </w:r>
    </w:p>
    <w:p w14:paraId="286FCEB3" w14:textId="77777777" w:rsidR="005378C5" w:rsidRDefault="004222D8">
      <w:pPr>
        <w:spacing w:after="100"/>
      </w:pPr>
      <w:r>
        <w:t>............................................................................................................................</w:t>
      </w:r>
    </w:p>
    <w:p w14:paraId="64596079" w14:textId="77777777" w:rsidR="005378C5" w:rsidRDefault="004222D8">
      <w:pPr>
        <w:spacing w:after="20"/>
      </w:pPr>
      <w:r>
        <w:rPr>
          <w:b/>
        </w:rPr>
        <w:t>What will I do differently?</w:t>
      </w:r>
    </w:p>
    <w:p w14:paraId="53D6EBAE" w14:textId="77777777" w:rsidR="005378C5" w:rsidRDefault="004222D8">
      <w:pPr>
        <w:spacing w:after="20"/>
      </w:pPr>
      <w:r>
        <w:t>............................................................................................................................</w:t>
      </w:r>
    </w:p>
    <w:p w14:paraId="771C575C" w14:textId="77777777" w:rsidR="005378C5" w:rsidRDefault="004222D8">
      <w:pPr>
        <w:spacing w:after="100"/>
      </w:pPr>
      <w:r>
        <w:t>............................................................................................................................</w:t>
      </w:r>
    </w:p>
    <w:p w14:paraId="15506CDF" w14:textId="77777777" w:rsidR="005378C5" w:rsidRDefault="004222D8">
      <w:pPr>
        <w:pStyle w:val="Heading1"/>
      </w:pPr>
      <w:r>
        <w:t>4. Fairness</w:t>
      </w:r>
    </w:p>
    <w:p w14:paraId="496D51A5" w14:textId="77777777" w:rsidR="005378C5" w:rsidRDefault="004222D8">
      <w:pPr>
        <w:spacing w:after="140"/>
      </w:pPr>
      <w:r>
        <w:rPr>
          <w:b/>
        </w:rPr>
        <w:t>Would your people describe your approach to safety as fair, consistent and respectful?</w:t>
      </w:r>
    </w:p>
    <w:p w14:paraId="01E20E59" w14:textId="77777777" w:rsidR="005378C5" w:rsidRDefault="004222D8">
      <w:pPr>
        <w:spacing w:after="80"/>
        <w:ind w:left="173" w:hanging="173"/>
      </w:pPr>
      <w:r>
        <w:lastRenderedPageBreak/>
        <w:t>☐</w:t>
      </w:r>
      <w:r>
        <w:t xml:space="preserve"> I make sure people understand what is expected of them before holding them accountable.</w:t>
      </w:r>
    </w:p>
    <w:p w14:paraId="584D12EB" w14:textId="77777777" w:rsidR="005378C5" w:rsidRDefault="004222D8">
      <w:pPr>
        <w:spacing w:after="80"/>
        <w:ind w:left="173" w:hanging="173"/>
      </w:pPr>
      <w:r>
        <w:t>☐</w:t>
      </w:r>
      <w:r>
        <w:t xml:space="preserve"> I listen to different perspectives and try to understand what influenced someone's actions before reaching conclusions.</w:t>
      </w:r>
    </w:p>
    <w:p w14:paraId="1FDBB01F" w14:textId="77777777" w:rsidR="005378C5" w:rsidRDefault="004222D8">
      <w:pPr>
        <w:spacing w:after="80"/>
        <w:ind w:left="173" w:hanging="173"/>
      </w:pPr>
      <w:r>
        <w:t>☐</w:t>
      </w:r>
      <w:r>
        <w:t xml:space="preserve"> I treat people's views with respect regardless of their role or seniority.</w:t>
      </w:r>
    </w:p>
    <w:p w14:paraId="4A004B36" w14:textId="77777777" w:rsidR="005378C5" w:rsidRDefault="004222D8">
      <w:pPr>
        <w:spacing w:after="80"/>
        <w:ind w:left="173" w:hanging="173"/>
      </w:pPr>
      <w:r>
        <w:t>☐</w:t>
      </w:r>
      <w:r>
        <w:t xml:space="preserve"> I remain calm and objective when dealing with safety problems, particularly when something has gone wrong.</w:t>
      </w:r>
    </w:p>
    <w:p w14:paraId="08522811" w14:textId="77777777" w:rsidR="005378C5" w:rsidRDefault="004222D8">
      <w:pPr>
        <w:spacing w:after="80"/>
        <w:ind w:left="173" w:hanging="173"/>
      </w:pPr>
      <w:r>
        <w:t>☐</w:t>
      </w:r>
      <w:r>
        <w:t xml:space="preserve"> I am consistent in the standards I expect from myself and others, and I follow through on commitments I make.</w:t>
      </w:r>
    </w:p>
    <w:p w14:paraId="52D7D8A9" w14:textId="77777777" w:rsidR="005378C5" w:rsidRDefault="004222D8">
      <w:pPr>
        <w:spacing w:after="20"/>
      </w:pPr>
      <w:r>
        <w:rPr>
          <w:b/>
        </w:rPr>
        <w:t>Something I already do well:</w:t>
      </w:r>
    </w:p>
    <w:p w14:paraId="3D9FA5FC" w14:textId="77777777" w:rsidR="005378C5" w:rsidRDefault="004222D8">
      <w:pPr>
        <w:spacing w:after="20"/>
      </w:pPr>
      <w:r>
        <w:t>............................................................................................................................</w:t>
      </w:r>
    </w:p>
    <w:p w14:paraId="30AF7F2D" w14:textId="77777777" w:rsidR="005378C5" w:rsidRDefault="004222D8">
      <w:pPr>
        <w:spacing w:after="100"/>
      </w:pPr>
      <w:r>
        <w:t>............................................................................................................................</w:t>
      </w:r>
    </w:p>
    <w:p w14:paraId="57AEB7E4" w14:textId="77777777" w:rsidR="005378C5" w:rsidRDefault="004222D8">
      <w:pPr>
        <w:spacing w:after="20"/>
      </w:pPr>
      <w:r>
        <w:rPr>
          <w:b/>
        </w:rPr>
        <w:t>One behaviour I could strengthen:</w:t>
      </w:r>
    </w:p>
    <w:p w14:paraId="64D177CC" w14:textId="77777777" w:rsidR="005378C5" w:rsidRDefault="004222D8">
      <w:pPr>
        <w:spacing w:after="20"/>
      </w:pPr>
      <w:r>
        <w:t>............................................................................................................................</w:t>
      </w:r>
    </w:p>
    <w:p w14:paraId="52EDC25F" w14:textId="77777777" w:rsidR="005378C5" w:rsidRDefault="004222D8">
      <w:pPr>
        <w:spacing w:after="100"/>
      </w:pPr>
      <w:r>
        <w:t>............................................................................................................................</w:t>
      </w:r>
    </w:p>
    <w:p w14:paraId="06469A9F" w14:textId="77777777" w:rsidR="005378C5" w:rsidRDefault="004222D8">
      <w:pPr>
        <w:spacing w:after="20"/>
      </w:pPr>
      <w:r>
        <w:rPr>
          <w:b/>
        </w:rPr>
        <w:t>What will I do differently?</w:t>
      </w:r>
    </w:p>
    <w:p w14:paraId="5DA66CA6" w14:textId="77777777" w:rsidR="005378C5" w:rsidRDefault="004222D8">
      <w:pPr>
        <w:spacing w:after="20"/>
      </w:pPr>
      <w:r>
        <w:t>............................................................................................................................</w:t>
      </w:r>
    </w:p>
    <w:p w14:paraId="54A3008F" w14:textId="77777777" w:rsidR="005378C5" w:rsidRDefault="004222D8">
      <w:pPr>
        <w:spacing w:after="100"/>
      </w:pPr>
      <w:r>
        <w:t>............................................................................................................................</w:t>
      </w:r>
    </w:p>
    <w:p w14:paraId="0C594924" w14:textId="77777777" w:rsidR="005378C5" w:rsidRDefault="004222D8">
      <w:pPr>
        <w:pStyle w:val="Heading1"/>
      </w:pPr>
      <w:r>
        <w:t>5. Involvement</w:t>
      </w:r>
    </w:p>
    <w:p w14:paraId="58579FBA" w14:textId="77777777" w:rsidR="005378C5" w:rsidRDefault="004222D8">
      <w:pPr>
        <w:spacing w:after="140"/>
      </w:pPr>
      <w:r>
        <w:rPr>
          <w:b/>
        </w:rPr>
        <w:t>Are you making use of the knowledge and experience of the people doing the work?</w:t>
      </w:r>
    </w:p>
    <w:p w14:paraId="34977E82" w14:textId="77777777" w:rsidR="005378C5" w:rsidRDefault="004222D8">
      <w:pPr>
        <w:spacing w:after="80"/>
        <w:ind w:left="173" w:hanging="173"/>
      </w:pPr>
      <w:r>
        <w:t>☐</w:t>
      </w:r>
      <w:r>
        <w:t xml:space="preserve"> I involve people in decisions about health and safety where those decisions affect their work.</w:t>
      </w:r>
    </w:p>
    <w:p w14:paraId="32DD1632" w14:textId="77777777" w:rsidR="005378C5" w:rsidRDefault="004222D8">
      <w:pPr>
        <w:spacing w:after="80"/>
        <w:ind w:left="173" w:hanging="173"/>
      </w:pPr>
      <w:r>
        <w:t>☐</w:t>
      </w:r>
      <w:r>
        <w:t xml:space="preserve"> I ask employees what they think the important safety issues are rather than assuming management already knows.</w:t>
      </w:r>
    </w:p>
    <w:p w14:paraId="66A95540" w14:textId="77777777" w:rsidR="005378C5" w:rsidRDefault="004222D8">
      <w:pPr>
        <w:spacing w:after="80"/>
        <w:ind w:left="173" w:hanging="173"/>
      </w:pPr>
      <w:r>
        <w:t>☐</w:t>
      </w:r>
      <w:r>
        <w:t xml:space="preserve"> I involve the people doing the work when developing or reviewing risk assessments, procedures and other safety arrangements.</w:t>
      </w:r>
    </w:p>
    <w:p w14:paraId="09387755" w14:textId="77777777" w:rsidR="005378C5" w:rsidRDefault="004222D8">
      <w:pPr>
        <w:spacing w:after="80"/>
        <w:ind w:left="173" w:hanging="173"/>
      </w:pPr>
      <w:r>
        <w:t>☐</w:t>
      </w:r>
      <w:r>
        <w:t xml:space="preserve"> I use employee suggestions where appropriate and explain what happens to the ideas people put forward.</w:t>
      </w:r>
    </w:p>
    <w:p w14:paraId="5646ADC0" w14:textId="77777777" w:rsidR="005378C5" w:rsidRDefault="004222D8">
      <w:pPr>
        <w:spacing w:after="80"/>
        <w:ind w:left="173" w:hanging="173"/>
      </w:pPr>
      <w:r>
        <w:t>☐</w:t>
      </w:r>
      <w:r>
        <w:t xml:space="preserve"> Where appropriate, I give people responsibility and autonomy to make safety decisions rather than requiring everything to be decided by management.</w:t>
      </w:r>
    </w:p>
    <w:p w14:paraId="70848F97" w14:textId="77777777" w:rsidR="005378C5" w:rsidRDefault="004222D8">
      <w:pPr>
        <w:spacing w:after="20"/>
      </w:pPr>
      <w:r>
        <w:rPr>
          <w:b/>
        </w:rPr>
        <w:t>Something I already do well:</w:t>
      </w:r>
    </w:p>
    <w:p w14:paraId="288582D3" w14:textId="77777777" w:rsidR="005378C5" w:rsidRDefault="004222D8">
      <w:pPr>
        <w:spacing w:after="20"/>
      </w:pPr>
      <w:r>
        <w:t>............................................................................................................................</w:t>
      </w:r>
    </w:p>
    <w:p w14:paraId="24F8B2F1" w14:textId="77777777" w:rsidR="005378C5" w:rsidRDefault="004222D8">
      <w:pPr>
        <w:spacing w:after="100"/>
      </w:pPr>
      <w:r>
        <w:t>............................................................................................................................</w:t>
      </w:r>
    </w:p>
    <w:p w14:paraId="73F59CAB" w14:textId="77777777" w:rsidR="005378C5" w:rsidRDefault="004222D8">
      <w:pPr>
        <w:spacing w:after="20"/>
      </w:pPr>
      <w:r>
        <w:rPr>
          <w:b/>
        </w:rPr>
        <w:t>One behaviour I could strengthen:</w:t>
      </w:r>
    </w:p>
    <w:p w14:paraId="30883326" w14:textId="77777777" w:rsidR="005378C5" w:rsidRDefault="004222D8">
      <w:pPr>
        <w:spacing w:after="20"/>
      </w:pPr>
      <w:r>
        <w:t>............................................................................................................................</w:t>
      </w:r>
    </w:p>
    <w:p w14:paraId="741F095A" w14:textId="77777777" w:rsidR="005378C5" w:rsidRDefault="004222D8">
      <w:pPr>
        <w:spacing w:after="100"/>
      </w:pPr>
      <w:r>
        <w:t>............................................................................................................................</w:t>
      </w:r>
    </w:p>
    <w:p w14:paraId="65B6A5A6" w14:textId="77777777" w:rsidR="005378C5" w:rsidRDefault="004222D8">
      <w:pPr>
        <w:spacing w:after="20"/>
      </w:pPr>
      <w:r>
        <w:rPr>
          <w:b/>
        </w:rPr>
        <w:t>What will I do differently?</w:t>
      </w:r>
    </w:p>
    <w:p w14:paraId="2AFDB722" w14:textId="77777777" w:rsidR="005378C5" w:rsidRDefault="004222D8">
      <w:pPr>
        <w:spacing w:after="20"/>
      </w:pPr>
      <w:r>
        <w:t>............................................................................................................................</w:t>
      </w:r>
    </w:p>
    <w:p w14:paraId="6267676B" w14:textId="77777777" w:rsidR="005378C5" w:rsidRDefault="004222D8">
      <w:pPr>
        <w:spacing w:after="100"/>
      </w:pPr>
      <w:r>
        <w:t>............................................................................................................................</w:t>
      </w:r>
    </w:p>
    <w:p w14:paraId="33F76C6F" w14:textId="77777777" w:rsidR="005378C5" w:rsidRDefault="004222D8">
      <w:pPr>
        <w:pStyle w:val="Heading1"/>
      </w:pPr>
      <w:r>
        <w:lastRenderedPageBreak/>
        <w:t>6. Support &amp; Recognition</w:t>
      </w:r>
    </w:p>
    <w:p w14:paraId="36079BC4" w14:textId="77777777" w:rsidR="005378C5" w:rsidRDefault="004222D8">
      <w:pPr>
        <w:spacing w:after="140"/>
      </w:pPr>
      <w:r>
        <w:rPr>
          <w:b/>
        </w:rPr>
        <w:t>Do people have the support they need to make safe choices in practice?</w:t>
      </w:r>
    </w:p>
    <w:p w14:paraId="5CEF85F1" w14:textId="77777777" w:rsidR="005378C5" w:rsidRDefault="004222D8">
      <w:pPr>
        <w:spacing w:after="80"/>
        <w:ind w:left="173" w:hanging="173"/>
      </w:pPr>
      <w:r>
        <w:t>☐</w:t>
      </w:r>
      <w:r>
        <w:t xml:space="preserve"> I recognise and acknowledge positive safety behaviours, including speaking up, reporting concerns and helping others.</w:t>
      </w:r>
    </w:p>
    <w:p w14:paraId="6BF26349" w14:textId="77777777" w:rsidR="005378C5" w:rsidRDefault="004222D8">
      <w:pPr>
        <w:spacing w:after="80"/>
        <w:ind w:left="173" w:hanging="173"/>
      </w:pPr>
      <w:r>
        <w:t>☐</w:t>
      </w:r>
      <w:r>
        <w:t xml:space="preserve"> If somebody stops work because of a genuine safety concern, I visibly support their decision to raise it.</w:t>
      </w:r>
    </w:p>
    <w:p w14:paraId="4CD7E792" w14:textId="77777777" w:rsidR="005378C5" w:rsidRDefault="004222D8">
      <w:pPr>
        <w:spacing w:after="80"/>
        <w:ind w:left="173" w:hanging="173"/>
      </w:pPr>
      <w:r>
        <w:t>☐</w:t>
      </w:r>
      <w:r>
        <w:t xml:space="preserve"> I regularly consider whether workload, deadlines and available resources allow people to carry out their work safely.</w:t>
      </w:r>
    </w:p>
    <w:p w14:paraId="11DBB637" w14:textId="77777777" w:rsidR="005378C5" w:rsidRDefault="004222D8">
      <w:pPr>
        <w:spacing w:after="80"/>
        <w:ind w:left="173" w:hanging="173"/>
      </w:pPr>
      <w:r>
        <w:t>☐</w:t>
      </w:r>
      <w:r>
        <w:t xml:space="preserve"> I support people to make their own decisions where appropriate while remaining available when they need direction or support.</w:t>
      </w:r>
    </w:p>
    <w:p w14:paraId="34EA1E38" w14:textId="77777777" w:rsidR="005378C5" w:rsidRDefault="004222D8">
      <w:pPr>
        <w:spacing w:after="80"/>
        <w:ind w:left="173" w:hanging="173"/>
      </w:pPr>
      <w:r>
        <w:t>☐</w:t>
      </w:r>
      <w:r>
        <w:t xml:space="preserve"> I recognise when I need support myself and seek appropriate expertise rather than assuming I should have every answer.</w:t>
      </w:r>
    </w:p>
    <w:p w14:paraId="149613B4" w14:textId="77777777" w:rsidR="005378C5" w:rsidRDefault="004222D8">
      <w:pPr>
        <w:spacing w:after="20"/>
      </w:pPr>
      <w:r>
        <w:rPr>
          <w:b/>
        </w:rPr>
        <w:t>Something I already do well:</w:t>
      </w:r>
    </w:p>
    <w:p w14:paraId="5C7E8D32" w14:textId="77777777" w:rsidR="005378C5" w:rsidRDefault="004222D8">
      <w:pPr>
        <w:spacing w:after="20"/>
      </w:pPr>
      <w:r>
        <w:t>............................................................................................................................</w:t>
      </w:r>
    </w:p>
    <w:p w14:paraId="7DFBA8D4" w14:textId="77777777" w:rsidR="005378C5" w:rsidRDefault="004222D8">
      <w:pPr>
        <w:spacing w:after="100"/>
      </w:pPr>
      <w:r>
        <w:t>............................................................................................................................</w:t>
      </w:r>
    </w:p>
    <w:p w14:paraId="3A88BBE9" w14:textId="77777777" w:rsidR="005378C5" w:rsidRDefault="004222D8">
      <w:pPr>
        <w:spacing w:after="20"/>
      </w:pPr>
      <w:r>
        <w:rPr>
          <w:b/>
        </w:rPr>
        <w:t>One behaviour I could strengthen:</w:t>
      </w:r>
    </w:p>
    <w:p w14:paraId="2A9DACE4" w14:textId="77777777" w:rsidR="005378C5" w:rsidRDefault="004222D8">
      <w:pPr>
        <w:spacing w:after="20"/>
      </w:pPr>
      <w:r>
        <w:t>............................................................................................................................</w:t>
      </w:r>
    </w:p>
    <w:p w14:paraId="7DFE7919" w14:textId="77777777" w:rsidR="005378C5" w:rsidRDefault="004222D8">
      <w:pPr>
        <w:spacing w:after="100"/>
      </w:pPr>
      <w:r>
        <w:t>............................................................................................................................</w:t>
      </w:r>
    </w:p>
    <w:p w14:paraId="26789EDB" w14:textId="77777777" w:rsidR="005378C5" w:rsidRDefault="004222D8">
      <w:pPr>
        <w:spacing w:after="20"/>
      </w:pPr>
      <w:r>
        <w:rPr>
          <w:b/>
        </w:rPr>
        <w:t>What will I do differently?</w:t>
      </w:r>
    </w:p>
    <w:p w14:paraId="7C730B40" w14:textId="77777777" w:rsidR="005378C5" w:rsidRDefault="004222D8">
      <w:pPr>
        <w:spacing w:after="20"/>
      </w:pPr>
      <w:r>
        <w:t>............................................................................................................................</w:t>
      </w:r>
    </w:p>
    <w:p w14:paraId="64839254" w14:textId="77777777" w:rsidR="005378C5" w:rsidRDefault="004222D8">
      <w:pPr>
        <w:spacing w:after="100"/>
      </w:pPr>
      <w:r>
        <w:t>............................................................................................................................</w:t>
      </w:r>
    </w:p>
    <w:p w14:paraId="269198ED" w14:textId="77777777" w:rsidR="005378C5" w:rsidRDefault="004222D8">
      <w:r>
        <w:br w:type="page"/>
      </w:r>
    </w:p>
    <w:p w14:paraId="3AA491F7" w14:textId="77777777" w:rsidR="005378C5" w:rsidRDefault="004222D8">
      <w:pPr>
        <w:pStyle w:val="Heading1"/>
      </w:pPr>
      <w:r>
        <w:lastRenderedPageBreak/>
        <w:t>Now look across your answers</w:t>
      </w:r>
    </w:p>
    <w:p w14:paraId="568090B6" w14:textId="77777777" w:rsidR="005378C5" w:rsidRDefault="004222D8">
      <w:pPr>
        <w:spacing w:after="120"/>
      </w:pPr>
      <w:r>
        <w:rPr>
          <w:b/>
        </w:rPr>
        <w:t xml:space="preserve">Where could you give a strong recent example? </w:t>
      </w:r>
      <w:r>
        <w:t>These are likely to be behaviours that are already embedded in the way you lead.</w:t>
      </w:r>
    </w:p>
    <w:p w14:paraId="1D3C8A1C" w14:textId="77777777" w:rsidR="005378C5" w:rsidRDefault="004222D8">
      <w:pPr>
        <w:spacing w:after="120"/>
      </w:pPr>
      <w:r>
        <w:rPr>
          <w:b/>
        </w:rPr>
        <w:t xml:space="preserve">Where did you hesitate? </w:t>
      </w:r>
      <w:r>
        <w:t>If you believe you do something but struggle to think of a recent example, it may not be as visible or consistent as you think.</w:t>
      </w:r>
    </w:p>
    <w:p w14:paraId="368B0E8B" w14:textId="77777777" w:rsidR="005378C5" w:rsidRDefault="004222D8">
      <w:pPr>
        <w:spacing w:after="120"/>
      </w:pPr>
      <w:r>
        <w:rPr>
          <w:b/>
        </w:rPr>
        <w:t xml:space="preserve">What would your team say? </w:t>
      </w:r>
      <w:r>
        <w:t>Choose two or three statements and ask them. Their perception of your behaviour is an important part of its impact.</w:t>
      </w:r>
    </w:p>
    <w:p w14:paraId="0FB9B115" w14:textId="77777777" w:rsidR="005378C5" w:rsidRDefault="004222D8">
      <w:pPr>
        <w:spacing w:after="120"/>
      </w:pPr>
      <w:r>
        <w:rPr>
          <w:b/>
        </w:rPr>
        <w:t xml:space="preserve">What happens when you're under pressure? </w:t>
      </w:r>
      <w:r>
        <w:t>Deadlines, workload and unexpected problems often reveal priorities more clearly than policies or intentions.</w:t>
      </w:r>
    </w:p>
    <w:p w14:paraId="61CB2A26" w14:textId="77777777" w:rsidR="005378C5" w:rsidRDefault="004222D8">
      <w:pPr>
        <w:spacing w:after="120"/>
      </w:pPr>
      <w:r>
        <w:rPr>
          <w:b/>
        </w:rPr>
        <w:t xml:space="preserve">Which behaviour could make the biggest difference? </w:t>
      </w:r>
      <w:r>
        <w:t>Don't try to change everything. Choose one or two things to practise consistently.</w:t>
      </w:r>
    </w:p>
    <w:p w14:paraId="4A1CE47F" w14:textId="77777777" w:rsidR="005378C5" w:rsidRDefault="004222D8">
      <w:pPr>
        <w:pStyle w:val="Heading1"/>
      </w:pPr>
      <w:r>
        <w:t>My Safety Leadership Action Plan</w:t>
      </w:r>
    </w:p>
    <w:tbl>
      <w:tblPr>
        <w:tblStyle w:val="TableGrid"/>
        <w:tblW w:w="0" w:type="auto"/>
        <w:jc w:val="center"/>
        <w:tblLook w:val="04A0" w:firstRow="1" w:lastRow="0" w:firstColumn="1" w:lastColumn="0" w:noHBand="0" w:noVBand="1"/>
      </w:tblPr>
      <w:tblGrid>
        <w:gridCol w:w="2481"/>
        <w:gridCol w:w="2482"/>
        <w:gridCol w:w="2482"/>
        <w:gridCol w:w="2481"/>
      </w:tblGrid>
      <w:tr w:rsidR="005378C5" w14:paraId="0E07393A" w14:textId="77777777">
        <w:trPr>
          <w:jc w:val="center"/>
        </w:trPr>
        <w:tc>
          <w:tcPr>
            <w:tcW w:w="2484" w:type="dxa"/>
            <w:shd w:val="clear" w:color="auto" w:fill="D9EAD3"/>
            <w:vAlign w:val="center"/>
          </w:tcPr>
          <w:p w14:paraId="5176BD2B" w14:textId="77777777" w:rsidR="005378C5" w:rsidRDefault="004222D8">
            <w:r>
              <w:rPr>
                <w:b/>
              </w:rPr>
              <w:t>Area</w:t>
            </w:r>
          </w:p>
        </w:tc>
        <w:tc>
          <w:tcPr>
            <w:tcW w:w="2484" w:type="dxa"/>
            <w:shd w:val="clear" w:color="auto" w:fill="D9EAD3"/>
            <w:vAlign w:val="center"/>
          </w:tcPr>
          <w:p w14:paraId="5343FD13" w14:textId="77777777" w:rsidR="005378C5" w:rsidRDefault="004222D8">
            <w:r>
              <w:rPr>
                <w:b/>
              </w:rPr>
              <w:t>What will I do differently?</w:t>
            </w:r>
          </w:p>
        </w:tc>
        <w:tc>
          <w:tcPr>
            <w:tcW w:w="2484" w:type="dxa"/>
            <w:shd w:val="clear" w:color="auto" w:fill="D9EAD3"/>
            <w:vAlign w:val="center"/>
          </w:tcPr>
          <w:p w14:paraId="7250B5AA" w14:textId="77777777" w:rsidR="005378C5" w:rsidRDefault="004222D8">
            <w:r>
              <w:rPr>
                <w:b/>
              </w:rPr>
              <w:t>How will I know it's making a difference?</w:t>
            </w:r>
          </w:p>
        </w:tc>
        <w:tc>
          <w:tcPr>
            <w:tcW w:w="2484" w:type="dxa"/>
            <w:shd w:val="clear" w:color="auto" w:fill="D9EAD3"/>
            <w:vAlign w:val="center"/>
          </w:tcPr>
          <w:p w14:paraId="1D562CF3" w14:textId="77777777" w:rsidR="005378C5" w:rsidRDefault="004222D8">
            <w:r>
              <w:rPr>
                <w:b/>
              </w:rPr>
              <w:t>By when</w:t>
            </w:r>
          </w:p>
        </w:tc>
      </w:tr>
      <w:tr w:rsidR="005378C5" w14:paraId="5ACC4D62" w14:textId="77777777">
        <w:trPr>
          <w:jc w:val="center"/>
        </w:trPr>
        <w:tc>
          <w:tcPr>
            <w:tcW w:w="2484" w:type="dxa"/>
          </w:tcPr>
          <w:p w14:paraId="462B1C78" w14:textId="77777777" w:rsidR="005378C5" w:rsidRDefault="004222D8">
            <w:r>
              <w:br/>
            </w:r>
            <w:r>
              <w:br/>
            </w:r>
          </w:p>
        </w:tc>
        <w:tc>
          <w:tcPr>
            <w:tcW w:w="2484" w:type="dxa"/>
          </w:tcPr>
          <w:p w14:paraId="7EEFFC7C" w14:textId="77777777" w:rsidR="005378C5" w:rsidRDefault="004222D8">
            <w:r>
              <w:br/>
            </w:r>
            <w:r>
              <w:br/>
            </w:r>
          </w:p>
        </w:tc>
        <w:tc>
          <w:tcPr>
            <w:tcW w:w="2484" w:type="dxa"/>
          </w:tcPr>
          <w:p w14:paraId="57B61988" w14:textId="77777777" w:rsidR="005378C5" w:rsidRDefault="004222D8">
            <w:r>
              <w:br/>
            </w:r>
            <w:r>
              <w:br/>
            </w:r>
          </w:p>
        </w:tc>
        <w:tc>
          <w:tcPr>
            <w:tcW w:w="2484" w:type="dxa"/>
          </w:tcPr>
          <w:p w14:paraId="7FFE533D" w14:textId="77777777" w:rsidR="005378C5" w:rsidRDefault="004222D8">
            <w:r>
              <w:br/>
            </w:r>
            <w:r>
              <w:br/>
            </w:r>
          </w:p>
        </w:tc>
      </w:tr>
      <w:tr w:rsidR="005378C5" w14:paraId="7A16C350" w14:textId="77777777">
        <w:trPr>
          <w:jc w:val="center"/>
        </w:trPr>
        <w:tc>
          <w:tcPr>
            <w:tcW w:w="2484" w:type="dxa"/>
          </w:tcPr>
          <w:p w14:paraId="6AC19D1D" w14:textId="77777777" w:rsidR="005378C5" w:rsidRDefault="004222D8">
            <w:r>
              <w:br/>
            </w:r>
            <w:r>
              <w:br/>
            </w:r>
          </w:p>
        </w:tc>
        <w:tc>
          <w:tcPr>
            <w:tcW w:w="2484" w:type="dxa"/>
          </w:tcPr>
          <w:p w14:paraId="20B54CAF" w14:textId="77777777" w:rsidR="005378C5" w:rsidRDefault="004222D8">
            <w:r>
              <w:br/>
            </w:r>
            <w:r>
              <w:br/>
            </w:r>
          </w:p>
        </w:tc>
        <w:tc>
          <w:tcPr>
            <w:tcW w:w="2484" w:type="dxa"/>
          </w:tcPr>
          <w:p w14:paraId="664BA5AC" w14:textId="77777777" w:rsidR="005378C5" w:rsidRDefault="004222D8">
            <w:r>
              <w:br/>
            </w:r>
            <w:r>
              <w:br/>
            </w:r>
          </w:p>
        </w:tc>
        <w:tc>
          <w:tcPr>
            <w:tcW w:w="2484" w:type="dxa"/>
          </w:tcPr>
          <w:p w14:paraId="7F1F97FD" w14:textId="77777777" w:rsidR="005378C5" w:rsidRDefault="004222D8">
            <w:r>
              <w:br/>
            </w:r>
            <w:r>
              <w:br/>
            </w:r>
          </w:p>
        </w:tc>
      </w:tr>
      <w:tr w:rsidR="005378C5" w14:paraId="343E9EBF" w14:textId="77777777">
        <w:trPr>
          <w:jc w:val="center"/>
        </w:trPr>
        <w:tc>
          <w:tcPr>
            <w:tcW w:w="2484" w:type="dxa"/>
          </w:tcPr>
          <w:p w14:paraId="564FBE62" w14:textId="77777777" w:rsidR="005378C5" w:rsidRDefault="004222D8">
            <w:r>
              <w:br/>
            </w:r>
            <w:r>
              <w:br/>
            </w:r>
          </w:p>
        </w:tc>
        <w:tc>
          <w:tcPr>
            <w:tcW w:w="2484" w:type="dxa"/>
          </w:tcPr>
          <w:p w14:paraId="4C47AC36" w14:textId="77777777" w:rsidR="005378C5" w:rsidRDefault="004222D8">
            <w:r>
              <w:br/>
            </w:r>
            <w:r>
              <w:br/>
            </w:r>
          </w:p>
        </w:tc>
        <w:tc>
          <w:tcPr>
            <w:tcW w:w="2484" w:type="dxa"/>
          </w:tcPr>
          <w:p w14:paraId="74A6820F" w14:textId="77777777" w:rsidR="005378C5" w:rsidRDefault="004222D8">
            <w:r>
              <w:br/>
            </w:r>
            <w:r>
              <w:br/>
            </w:r>
          </w:p>
        </w:tc>
        <w:tc>
          <w:tcPr>
            <w:tcW w:w="2484" w:type="dxa"/>
          </w:tcPr>
          <w:p w14:paraId="32D86F9D" w14:textId="77777777" w:rsidR="005378C5" w:rsidRDefault="004222D8">
            <w:r>
              <w:br/>
            </w:r>
            <w:r>
              <w:br/>
            </w:r>
          </w:p>
        </w:tc>
      </w:tr>
      <w:tr w:rsidR="005378C5" w14:paraId="291B47D7" w14:textId="77777777">
        <w:trPr>
          <w:jc w:val="center"/>
        </w:trPr>
        <w:tc>
          <w:tcPr>
            <w:tcW w:w="2484" w:type="dxa"/>
          </w:tcPr>
          <w:p w14:paraId="615CCE84" w14:textId="77777777" w:rsidR="005378C5" w:rsidRDefault="004222D8">
            <w:r>
              <w:br/>
            </w:r>
            <w:r>
              <w:br/>
            </w:r>
          </w:p>
        </w:tc>
        <w:tc>
          <w:tcPr>
            <w:tcW w:w="2484" w:type="dxa"/>
          </w:tcPr>
          <w:p w14:paraId="406B8295" w14:textId="77777777" w:rsidR="005378C5" w:rsidRDefault="004222D8">
            <w:r>
              <w:br/>
            </w:r>
            <w:r>
              <w:br/>
            </w:r>
          </w:p>
        </w:tc>
        <w:tc>
          <w:tcPr>
            <w:tcW w:w="2484" w:type="dxa"/>
          </w:tcPr>
          <w:p w14:paraId="777D65CB" w14:textId="77777777" w:rsidR="005378C5" w:rsidRDefault="004222D8">
            <w:r>
              <w:br/>
            </w:r>
            <w:r>
              <w:br/>
            </w:r>
          </w:p>
        </w:tc>
        <w:tc>
          <w:tcPr>
            <w:tcW w:w="2484" w:type="dxa"/>
          </w:tcPr>
          <w:p w14:paraId="20B70A85" w14:textId="77777777" w:rsidR="005378C5" w:rsidRDefault="004222D8">
            <w:r>
              <w:br/>
            </w:r>
            <w:r>
              <w:br/>
            </w:r>
          </w:p>
        </w:tc>
      </w:tr>
    </w:tbl>
    <w:p w14:paraId="169FCD70" w14:textId="77777777" w:rsidR="005378C5" w:rsidRDefault="004222D8">
      <w:pPr>
        <w:pStyle w:val="Heading1"/>
      </w:pPr>
      <w:r>
        <w:t>One final challenge</w:t>
      </w:r>
    </w:p>
    <w:p w14:paraId="0B98FC5C" w14:textId="77777777" w:rsidR="005378C5" w:rsidRDefault="004222D8">
      <w:pPr>
        <w:spacing w:after="120"/>
      </w:pPr>
      <w:r>
        <w:t>Choose one statement you ticked confidently and ask someone who works for you whether they would tick it too.</w:t>
      </w:r>
    </w:p>
    <w:p w14:paraId="07161185" w14:textId="77777777" w:rsidR="005378C5" w:rsidRDefault="004222D8">
      <w:pPr>
        <w:spacing w:after="120"/>
      </w:pPr>
      <w:r>
        <w:rPr>
          <w:i/>
        </w:rPr>
        <w:t>You don't need to defend your answer or explain what you intended.</w:t>
      </w:r>
    </w:p>
    <w:p w14:paraId="74AAC25A" w14:textId="77777777" w:rsidR="005378C5" w:rsidRDefault="004222D8">
      <w:pPr>
        <w:spacing w:after="120"/>
      </w:pPr>
      <w:r>
        <w:rPr>
          <w:b/>
          <w:sz w:val="24"/>
        </w:rPr>
        <w:t>Just listen.</w:t>
      </w:r>
    </w:p>
    <w:p w14:paraId="55EEE8E3" w14:textId="77777777" w:rsidR="005378C5" w:rsidRDefault="004222D8">
      <w:pPr>
        <w:spacing w:after="120"/>
      </w:pPr>
      <w:r>
        <w:rPr>
          <w:i/>
          <w:sz w:val="17"/>
        </w:rPr>
        <w:t>Source basis: adapted from the supplied Health &amp; Safety Leadership Competencies and Developing Leader Competence materials. The wording and format have been condensed and adapted into a practical self-reflection tool.</w:t>
      </w:r>
    </w:p>
    <w:sectPr w:rsidR="005378C5"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11705836">
    <w:abstractNumId w:val="8"/>
  </w:num>
  <w:num w:numId="2" w16cid:durableId="899756384">
    <w:abstractNumId w:val="6"/>
  </w:num>
  <w:num w:numId="3" w16cid:durableId="1135172654">
    <w:abstractNumId w:val="5"/>
  </w:num>
  <w:num w:numId="4" w16cid:durableId="146941335">
    <w:abstractNumId w:val="4"/>
  </w:num>
  <w:num w:numId="5" w16cid:durableId="80420919">
    <w:abstractNumId w:val="7"/>
  </w:num>
  <w:num w:numId="6" w16cid:durableId="660962642">
    <w:abstractNumId w:val="3"/>
  </w:num>
  <w:num w:numId="7" w16cid:durableId="571349404">
    <w:abstractNumId w:val="2"/>
  </w:num>
  <w:num w:numId="8" w16cid:durableId="638417466">
    <w:abstractNumId w:val="1"/>
  </w:num>
  <w:num w:numId="9" w16cid:durableId="128873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222D8"/>
    <w:rsid w:val="00460A9D"/>
    <w:rsid w:val="005378C5"/>
    <w:rsid w:val="0088234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051877"/>
  <w14:defaultImageDpi w14:val="300"/>
  <w15:docId w15:val="{CC1345AE-AF38-45C1-9894-70400CA6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1655</Words>
  <Characters>9437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Dawn Simmons</cp:lastModifiedBy>
  <cp:revision>2</cp:revision>
  <dcterms:created xsi:type="dcterms:W3CDTF">2026-08-10T11:30:00Z</dcterms:created>
  <dcterms:modified xsi:type="dcterms:W3CDTF">2026-08-10T11:30:00Z</dcterms:modified>
  <cp:category/>
</cp:coreProperties>
</file>